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ECE1" w:themeColor="background2"/>
  <w:body>
    <w:p w14:paraId="0365808F" w14:textId="77777777" w:rsidR="00612B0D" w:rsidRDefault="00000000" w:rsidP="00612B0D">
      <w:pPr>
        <w:spacing w:before="200" w:after="100"/>
        <w:ind w:leftChars="100" w:left="210"/>
        <w:rPr>
          <w:lang w:eastAsia="ja-JP"/>
        </w:rPr>
      </w:pPr>
      <w:r>
        <w:rPr>
          <w:b/>
          <w:color w:val="244B45"/>
          <w:sz w:val="28"/>
          <w:lang w:eastAsia="ja-JP"/>
        </w:rPr>
        <w:t xml:space="preserve">🌱 </w:t>
      </w:r>
      <w:r w:rsidR="002F13C1">
        <w:rPr>
          <w:rFonts w:hint="eastAsia"/>
          <w:b/>
          <w:color w:val="244B45"/>
          <w:sz w:val="28"/>
          <w:lang w:eastAsia="ja-JP"/>
        </w:rPr>
        <w:t>こどものサポートをとおして</w:t>
      </w:r>
      <w:r>
        <w:rPr>
          <w:b/>
          <w:color w:val="244B45"/>
          <w:sz w:val="28"/>
          <w:lang w:eastAsia="ja-JP"/>
        </w:rPr>
        <w:t>教育・心理・福祉について、楽しく学べる！</w:t>
      </w:r>
    </w:p>
    <w:p w14:paraId="74DAF661" w14:textId="48BC85CA" w:rsidR="00612B0D" w:rsidRDefault="00000000" w:rsidP="00612B0D">
      <w:pPr>
        <w:spacing w:before="200" w:after="100"/>
        <w:ind w:firstLineChars="100" w:firstLine="210"/>
        <w:rPr>
          <w:lang w:eastAsia="ja-JP"/>
        </w:rPr>
      </w:pPr>
      <w:r>
        <w:rPr>
          <w:lang w:eastAsia="ja-JP"/>
        </w:rPr>
        <w:t>私たちは、子どもたち一人ひとりの個性や成長を大切にしながら、日々の活動をサポートしてい</w:t>
      </w:r>
      <w:r w:rsidR="00612B0D">
        <w:rPr>
          <w:rFonts w:hint="eastAsia"/>
          <w:lang w:eastAsia="ja-JP"/>
        </w:rPr>
        <w:t>ます</w:t>
      </w:r>
      <w:r>
        <w:rPr>
          <w:lang w:eastAsia="ja-JP"/>
        </w:rPr>
        <w:t>。</w:t>
      </w:r>
      <w:r w:rsidR="00612B0D">
        <w:rPr>
          <w:rFonts w:hint="eastAsia"/>
          <w:lang w:eastAsia="ja-JP"/>
        </w:rPr>
        <w:t xml:space="preserve">　</w:t>
      </w:r>
    </w:p>
    <w:p w14:paraId="589E05FF" w14:textId="1B52B773" w:rsidR="00BF428C" w:rsidRDefault="00612B0D" w:rsidP="00612B0D">
      <w:pPr>
        <w:spacing w:before="200" w:after="100"/>
        <w:rPr>
          <w:lang w:eastAsia="ja-JP"/>
        </w:rPr>
      </w:pPr>
      <w:r>
        <w:rPr>
          <w:rFonts w:hint="eastAsia"/>
          <w:lang w:eastAsia="ja-JP"/>
        </w:rPr>
        <w:t>子</w:t>
      </w:r>
      <w:r w:rsidR="00000000">
        <w:rPr>
          <w:lang w:eastAsia="ja-JP"/>
        </w:rPr>
        <w:t>どもと関わる仕事に興味がある方はもちろん教育・心理・福祉について学んでいる方にもおすす</w:t>
      </w:r>
      <w:r>
        <w:rPr>
          <w:rFonts w:hint="eastAsia"/>
          <w:lang w:eastAsia="ja-JP"/>
        </w:rPr>
        <w:t>で</w:t>
      </w:r>
      <w:r w:rsidR="00000000">
        <w:rPr>
          <w:lang w:eastAsia="ja-JP"/>
        </w:rPr>
        <w:t>す！</w:t>
      </w:r>
    </w:p>
    <w:p w14:paraId="7E4C860F" w14:textId="77777777" w:rsidR="002F13C1" w:rsidRDefault="00000000" w:rsidP="002F13C1">
      <w:pPr>
        <w:rPr>
          <w:b/>
          <w:color w:val="244B45"/>
          <w:lang w:eastAsia="ja-JP"/>
        </w:rPr>
      </w:pPr>
      <w:r>
        <w:rPr>
          <w:b/>
          <w:color w:val="244B45"/>
          <w:lang w:eastAsia="ja-JP"/>
        </w:rPr>
        <w:t>「子どもと関わる仕事に興味がある」</w:t>
      </w:r>
    </w:p>
    <w:p w14:paraId="21788955" w14:textId="1875E7DB" w:rsidR="00BF428C" w:rsidRDefault="00000000" w:rsidP="002F13C1">
      <w:pPr>
        <w:rPr>
          <w:lang w:eastAsia="ja-JP"/>
        </w:rPr>
      </w:pPr>
      <w:r>
        <w:rPr>
          <w:b/>
          <w:color w:val="244B45"/>
          <w:lang w:eastAsia="ja-JP"/>
        </w:rPr>
        <w:t>「教育や心理、福祉についてもっと知りたい」</w:t>
      </w:r>
    </w:p>
    <w:p w14:paraId="1BBF775C" w14:textId="77777777" w:rsidR="00612B0D" w:rsidRDefault="00000000">
      <w:pPr>
        <w:rPr>
          <w:b/>
          <w:color w:val="244B45"/>
          <w:lang w:eastAsia="ja-JP"/>
        </w:rPr>
      </w:pPr>
      <w:r>
        <w:rPr>
          <w:b/>
          <w:color w:val="244B45"/>
          <w:lang w:eastAsia="ja-JP"/>
        </w:rPr>
        <w:t>「将来の進路に役立つ経験をしてみたい」</w:t>
      </w:r>
      <w:r w:rsidR="002F13C1">
        <w:rPr>
          <w:rFonts w:hint="eastAsia"/>
          <w:b/>
          <w:color w:val="244B45"/>
          <w:lang w:eastAsia="ja-JP"/>
        </w:rPr>
        <w:t xml:space="preserve">　　　　　　　　　　　　</w:t>
      </w:r>
    </w:p>
    <w:p w14:paraId="3BA18DF4" w14:textId="787F431D" w:rsidR="00612B0D" w:rsidRPr="00612B0D" w:rsidRDefault="00000000" w:rsidP="00612B0D">
      <w:pPr>
        <w:ind w:firstLineChars="1700" w:firstLine="3570"/>
        <w:rPr>
          <w:rFonts w:hint="eastAsia"/>
          <w:b/>
          <w:bCs/>
          <w:lang w:eastAsia="ja-JP"/>
        </w:rPr>
      </w:pPr>
      <w:r w:rsidRPr="00612B0D">
        <w:rPr>
          <w:b/>
          <w:bCs/>
          <w:lang w:eastAsia="ja-JP"/>
        </w:rPr>
        <w:t>そんな気持ちがあれば大歓迎です！</w:t>
      </w:r>
    </w:p>
    <w:p w14:paraId="64FC4E5C" w14:textId="11BFCC79" w:rsidR="002F13C1" w:rsidRDefault="00000000" w:rsidP="00612B0D">
      <w:pPr>
        <w:ind w:firstLineChars="100" w:firstLine="210"/>
        <w:rPr>
          <w:lang w:eastAsia="ja-JP"/>
        </w:rPr>
      </w:pPr>
      <w:r>
        <w:rPr>
          <w:lang w:eastAsia="ja-JP"/>
        </w:rPr>
        <w:t>専門的な知識や経験がなくても大丈夫。子どもたちと一緒に楽しみながら、少しずつ経験を積んでいきましょう。</w:t>
      </w:r>
    </w:p>
    <w:p w14:paraId="0732990B" w14:textId="77777777" w:rsidR="00612B0D" w:rsidRPr="002F13C1" w:rsidRDefault="00612B0D" w:rsidP="002F13C1">
      <w:pPr>
        <w:rPr>
          <w:rFonts w:hint="eastAsia"/>
          <w:lang w:eastAsia="ja-JP"/>
        </w:rPr>
      </w:pPr>
    </w:p>
    <w:p w14:paraId="3E5717E8" w14:textId="77777777" w:rsidR="002F13C1" w:rsidRDefault="002F13C1" w:rsidP="002F13C1">
      <w:pPr>
        <w:spacing w:before="200" w:after="100"/>
      </w:pPr>
      <w:r>
        <w:rPr>
          <w:b/>
          <w:color w:val="E6D72A"/>
          <w:sz w:val="28"/>
        </w:rPr>
        <w:t xml:space="preserve">💰 </w:t>
      </w:r>
      <w:proofErr w:type="spellStart"/>
      <w:r>
        <w:rPr>
          <w:b/>
          <w:color w:val="E6D72A"/>
          <w:sz w:val="28"/>
        </w:rPr>
        <w:t>募集条件</w:t>
      </w:r>
      <w:proofErr w:type="spellEnd"/>
    </w:p>
    <w:p w14:paraId="2E3CFC1E" w14:textId="77777777" w:rsidR="002F13C1" w:rsidRPr="00612B0D" w:rsidRDefault="002F13C1" w:rsidP="002F13C1">
      <w:pPr>
        <w:rPr>
          <w:sz w:val="24"/>
          <w:szCs w:val="24"/>
        </w:rPr>
      </w:pPr>
      <w:proofErr w:type="spellStart"/>
      <w:r w:rsidRPr="00612B0D">
        <w:rPr>
          <w:b/>
          <w:color w:val="244B45"/>
          <w:sz w:val="24"/>
          <w:szCs w:val="24"/>
        </w:rPr>
        <w:t>時給</w:t>
      </w:r>
      <w:proofErr w:type="spellEnd"/>
    </w:p>
    <w:p w14:paraId="74A0E6C2" w14:textId="77777777" w:rsidR="002F13C1" w:rsidRPr="00612B0D" w:rsidRDefault="002F13C1" w:rsidP="002F13C1">
      <w:pPr>
        <w:pStyle w:val="a0"/>
        <w:rPr>
          <w:sz w:val="24"/>
          <w:szCs w:val="24"/>
        </w:rPr>
      </w:pPr>
      <w:r w:rsidRPr="00612B0D">
        <w:rPr>
          <w:sz w:val="24"/>
          <w:szCs w:val="24"/>
        </w:rPr>
        <w:t>大学生：1,196円</w:t>
      </w:r>
    </w:p>
    <w:p w14:paraId="5BC194D7" w14:textId="77777777" w:rsidR="002F13C1" w:rsidRPr="00612B0D" w:rsidRDefault="002F13C1" w:rsidP="002F13C1">
      <w:pPr>
        <w:pStyle w:val="a0"/>
        <w:rPr>
          <w:sz w:val="24"/>
          <w:szCs w:val="24"/>
          <w:lang w:eastAsia="zh-TW"/>
        </w:rPr>
      </w:pPr>
      <w:r w:rsidRPr="00612B0D">
        <w:rPr>
          <w:sz w:val="24"/>
          <w:szCs w:val="24"/>
          <w:lang w:eastAsia="zh-TW"/>
        </w:rPr>
        <w:t>大学院生（児童指導員）：1,250円</w:t>
      </w:r>
    </w:p>
    <w:p w14:paraId="2C77D965" w14:textId="77777777" w:rsidR="002F13C1" w:rsidRPr="00612B0D" w:rsidRDefault="002F13C1" w:rsidP="002F13C1">
      <w:pPr>
        <w:rPr>
          <w:sz w:val="24"/>
          <w:szCs w:val="24"/>
        </w:rPr>
      </w:pPr>
      <w:proofErr w:type="spellStart"/>
      <w:r w:rsidRPr="00612B0D">
        <w:rPr>
          <w:b/>
          <w:color w:val="244B45"/>
          <w:sz w:val="24"/>
          <w:szCs w:val="24"/>
        </w:rPr>
        <w:t>交通費</w:t>
      </w:r>
      <w:proofErr w:type="spellEnd"/>
    </w:p>
    <w:p w14:paraId="0CDBB0A4" w14:textId="77777777" w:rsidR="002F13C1" w:rsidRPr="00612B0D" w:rsidRDefault="002F13C1" w:rsidP="002F13C1">
      <w:pPr>
        <w:pStyle w:val="a0"/>
        <w:rPr>
          <w:sz w:val="24"/>
          <w:szCs w:val="24"/>
        </w:rPr>
      </w:pPr>
      <w:r w:rsidRPr="00612B0D">
        <w:rPr>
          <w:sz w:val="24"/>
          <w:szCs w:val="24"/>
        </w:rPr>
        <w:t>月額上限15,000円まで支給</w:t>
      </w:r>
    </w:p>
    <w:p w14:paraId="631438DA" w14:textId="77777777" w:rsidR="002F13C1" w:rsidRPr="00612B0D" w:rsidRDefault="002F13C1" w:rsidP="002F13C1">
      <w:pPr>
        <w:rPr>
          <w:sz w:val="24"/>
          <w:szCs w:val="24"/>
        </w:rPr>
      </w:pPr>
      <w:proofErr w:type="spellStart"/>
      <w:r w:rsidRPr="00612B0D">
        <w:rPr>
          <w:b/>
          <w:color w:val="244B45"/>
          <w:sz w:val="24"/>
          <w:szCs w:val="24"/>
        </w:rPr>
        <w:t>勤務時間</w:t>
      </w:r>
      <w:proofErr w:type="spellEnd"/>
    </w:p>
    <w:p w14:paraId="19D5E2A8" w14:textId="77777777" w:rsidR="002F13C1" w:rsidRPr="00612B0D" w:rsidRDefault="002F13C1" w:rsidP="002F13C1">
      <w:pPr>
        <w:pStyle w:val="a0"/>
        <w:rPr>
          <w:sz w:val="24"/>
          <w:szCs w:val="24"/>
          <w:lang w:eastAsia="ja-JP"/>
        </w:rPr>
      </w:pPr>
      <w:r w:rsidRPr="00612B0D">
        <w:rPr>
          <w:sz w:val="24"/>
          <w:szCs w:val="24"/>
          <w:lang w:eastAsia="ja-JP"/>
        </w:rPr>
        <w:t>月曜日～金曜日：14:00～19:00の間</w:t>
      </w:r>
    </w:p>
    <w:p w14:paraId="3D650A3E" w14:textId="77777777" w:rsidR="002F13C1" w:rsidRPr="00612B0D" w:rsidRDefault="002F13C1" w:rsidP="002F13C1">
      <w:pPr>
        <w:pStyle w:val="a0"/>
        <w:rPr>
          <w:sz w:val="24"/>
          <w:szCs w:val="24"/>
          <w:lang w:eastAsia="ja-JP"/>
        </w:rPr>
      </w:pPr>
      <w:r w:rsidRPr="00612B0D">
        <w:rPr>
          <w:sz w:val="24"/>
          <w:szCs w:val="24"/>
          <w:lang w:eastAsia="ja-JP"/>
        </w:rPr>
        <w:t>土曜日・夏休みなどの長期休暇：8:30～17:30の間</w:t>
      </w:r>
    </w:p>
    <w:p w14:paraId="6846C3BD" w14:textId="77777777" w:rsidR="002F13C1" w:rsidRPr="00612B0D" w:rsidRDefault="002F13C1" w:rsidP="002F13C1">
      <w:pPr>
        <w:rPr>
          <w:sz w:val="24"/>
          <w:szCs w:val="24"/>
          <w:lang w:eastAsia="ja-JP"/>
        </w:rPr>
      </w:pPr>
      <w:r w:rsidRPr="00612B0D">
        <w:rPr>
          <w:sz w:val="24"/>
          <w:szCs w:val="24"/>
          <w:lang w:eastAsia="ja-JP"/>
        </w:rPr>
        <w:t>シフト制なので、勤務日数や勤務時間は月ごとに相談可能です。大学の授業や予定と両立しながら働けます。</w:t>
      </w:r>
    </w:p>
    <w:p w14:paraId="0ED4EF69" w14:textId="77777777" w:rsidR="00612B0D" w:rsidRDefault="00612B0D" w:rsidP="002F13C1">
      <w:pPr>
        <w:rPr>
          <w:lang w:eastAsia="ja-JP"/>
        </w:rPr>
      </w:pPr>
    </w:p>
    <w:p w14:paraId="2C44C806" w14:textId="77777777" w:rsidR="00612B0D" w:rsidRDefault="00612B0D" w:rsidP="002F13C1">
      <w:pPr>
        <w:rPr>
          <w:rFonts w:hint="eastAsia"/>
          <w:lang w:eastAsia="ja-JP"/>
        </w:rPr>
      </w:pPr>
    </w:p>
    <w:p w14:paraId="1889DDA9" w14:textId="77777777" w:rsidR="00BF428C" w:rsidRPr="00612B0D" w:rsidRDefault="00000000">
      <w:pPr>
        <w:spacing w:before="200" w:after="100"/>
        <w:rPr>
          <w:sz w:val="28"/>
          <w:szCs w:val="28"/>
          <w:lang w:eastAsia="ja-JP"/>
        </w:rPr>
      </w:pPr>
      <w:r w:rsidRPr="00612B0D">
        <w:rPr>
          <w:b/>
          <w:color w:val="5BC8AC"/>
          <w:sz w:val="28"/>
          <w:szCs w:val="28"/>
          <w:lang w:eastAsia="ja-JP"/>
        </w:rPr>
        <w:lastRenderedPageBreak/>
        <w:t>🎨 どんなことをするの？</w:t>
      </w:r>
    </w:p>
    <w:p w14:paraId="7C096C44" w14:textId="77777777" w:rsidR="00BF428C" w:rsidRDefault="00000000">
      <w:pPr>
        <w:pStyle w:val="a0"/>
        <w:spacing w:after="20"/>
        <w:rPr>
          <w:lang w:eastAsia="ja-JP"/>
        </w:rPr>
      </w:pPr>
      <w:r>
        <w:rPr>
          <w:b/>
          <w:color w:val="244B45"/>
          <w:lang w:eastAsia="ja-JP"/>
        </w:rPr>
        <w:t>子どもたちの遊びや活動のサポート</w:t>
      </w:r>
    </w:p>
    <w:p w14:paraId="108B5EAC" w14:textId="77777777" w:rsidR="00BF428C" w:rsidRDefault="00000000">
      <w:pPr>
        <w:spacing w:after="80"/>
        <w:ind w:left="504"/>
        <w:rPr>
          <w:lang w:eastAsia="ja-JP"/>
        </w:rPr>
      </w:pPr>
      <w:r>
        <w:rPr>
          <w:lang w:eastAsia="ja-JP"/>
        </w:rPr>
        <w:t>一緒に遊んだり、子どもたちの「やってみたい！」を応援したりします。</w:t>
      </w:r>
    </w:p>
    <w:p w14:paraId="4DBBAA99" w14:textId="77777777" w:rsidR="00BF428C" w:rsidRDefault="00000000">
      <w:pPr>
        <w:pStyle w:val="a0"/>
        <w:spacing w:after="20"/>
      </w:pPr>
      <w:proofErr w:type="spellStart"/>
      <w:r>
        <w:rPr>
          <w:b/>
          <w:color w:val="244B45"/>
        </w:rPr>
        <w:t>宿題のお手伝い</w:t>
      </w:r>
      <w:proofErr w:type="spellEnd"/>
    </w:p>
    <w:p w14:paraId="338C9FAD" w14:textId="77777777" w:rsidR="00BF428C" w:rsidRDefault="00000000">
      <w:pPr>
        <w:spacing w:after="80"/>
        <w:ind w:left="504"/>
        <w:rPr>
          <w:lang w:eastAsia="ja-JP"/>
        </w:rPr>
      </w:pPr>
      <w:r>
        <w:rPr>
          <w:lang w:eastAsia="ja-JP"/>
        </w:rPr>
        <w:t>子どもたちが自分の力で取り組めるようにサポートします。</w:t>
      </w:r>
    </w:p>
    <w:p w14:paraId="34D67F7F" w14:textId="77777777" w:rsidR="00BF428C" w:rsidRDefault="00000000">
      <w:pPr>
        <w:pStyle w:val="a0"/>
        <w:spacing w:after="20"/>
        <w:rPr>
          <w:lang w:eastAsia="ja-JP"/>
        </w:rPr>
      </w:pPr>
      <w:r>
        <w:rPr>
          <w:b/>
          <w:color w:val="244B45"/>
          <w:lang w:eastAsia="ja-JP"/>
        </w:rPr>
        <w:t>活動やイベントのお手伝い</w:t>
      </w:r>
    </w:p>
    <w:p w14:paraId="23E60833" w14:textId="77777777" w:rsidR="00BF428C" w:rsidRDefault="00000000">
      <w:pPr>
        <w:spacing w:after="80"/>
        <w:ind w:left="504"/>
        <w:rPr>
          <w:lang w:eastAsia="ja-JP"/>
        </w:rPr>
      </w:pPr>
      <w:r>
        <w:rPr>
          <w:lang w:eastAsia="ja-JP"/>
        </w:rPr>
        <w:t>みんなで楽しめる活動を考えたり、準備をしたりします。</w:t>
      </w:r>
    </w:p>
    <w:p w14:paraId="4AD556EE" w14:textId="77777777" w:rsidR="00BF428C" w:rsidRDefault="00000000">
      <w:pPr>
        <w:pStyle w:val="a0"/>
        <w:spacing w:after="20"/>
      </w:pPr>
      <w:proofErr w:type="spellStart"/>
      <w:r>
        <w:rPr>
          <w:b/>
          <w:color w:val="244B45"/>
        </w:rPr>
        <w:t>日々の関わりから学ぶ</w:t>
      </w:r>
      <w:proofErr w:type="spellEnd"/>
    </w:p>
    <w:p w14:paraId="7574D075" w14:textId="77777777" w:rsidR="00BF428C" w:rsidRDefault="00000000">
      <w:pPr>
        <w:spacing w:after="80"/>
        <w:ind w:left="504"/>
        <w:rPr>
          <w:lang w:eastAsia="ja-JP"/>
        </w:rPr>
      </w:pPr>
      <w:r>
        <w:rPr>
          <w:lang w:eastAsia="ja-JP"/>
        </w:rPr>
        <w:t>子どもによって違う個性や考え方に触れながら、コミュニケーションや人との関わりについて学べます。</w:t>
      </w:r>
    </w:p>
    <w:p w14:paraId="1D6E1D34" w14:textId="3AC85A2C" w:rsidR="00BF428C" w:rsidRDefault="00000000" w:rsidP="002F13C1">
      <w:pPr>
        <w:pStyle w:val="ae"/>
        <w:numPr>
          <w:ilvl w:val="0"/>
          <w:numId w:val="13"/>
        </w:numPr>
        <w:rPr>
          <w:b/>
          <w:bCs/>
          <w:lang w:eastAsia="ja-JP"/>
        </w:rPr>
      </w:pPr>
      <w:r w:rsidRPr="002F13C1">
        <w:rPr>
          <w:b/>
          <w:bCs/>
          <w:lang w:eastAsia="ja-JP"/>
        </w:rPr>
        <w:t>送迎のサポート</w:t>
      </w:r>
    </w:p>
    <w:p w14:paraId="58B51C81" w14:textId="77777777" w:rsidR="002F13C1" w:rsidRPr="002F13C1" w:rsidRDefault="002F13C1" w:rsidP="002F13C1">
      <w:pPr>
        <w:rPr>
          <w:b/>
          <w:bCs/>
          <w:lang w:eastAsia="ja-JP"/>
        </w:rPr>
      </w:pPr>
    </w:p>
    <w:p w14:paraId="246321BE" w14:textId="77777777" w:rsidR="00BF428C" w:rsidRPr="00612B0D" w:rsidRDefault="00000000">
      <w:pPr>
        <w:spacing w:before="200" w:after="100"/>
        <w:rPr>
          <w:sz w:val="28"/>
          <w:szCs w:val="28"/>
          <w:lang w:eastAsia="ja-JP"/>
        </w:rPr>
      </w:pPr>
      <w:r w:rsidRPr="00612B0D">
        <w:rPr>
          <w:rFonts w:ascii="Segoe UI Emoji" w:hAnsi="Segoe UI Emoji" w:cs="Segoe UI Emoji"/>
          <w:b/>
          <w:color w:val="5BC8AC"/>
          <w:sz w:val="28"/>
          <w:szCs w:val="28"/>
          <w:lang w:eastAsia="ja-JP"/>
        </w:rPr>
        <w:t>💡</w:t>
      </w:r>
      <w:r w:rsidRPr="00612B0D">
        <w:rPr>
          <w:b/>
          <w:color w:val="5BC8AC"/>
          <w:sz w:val="28"/>
          <w:szCs w:val="28"/>
          <w:lang w:eastAsia="ja-JP"/>
        </w:rPr>
        <w:t xml:space="preserve"> こんな学生さんにおすすめ！</w:t>
      </w:r>
    </w:p>
    <w:p w14:paraId="79214C41" w14:textId="6D2265C0" w:rsidR="00612B0D" w:rsidRDefault="00612B0D" w:rsidP="00612B0D">
      <w:pPr>
        <w:pStyle w:val="a0"/>
        <w:numPr>
          <w:ilvl w:val="0"/>
          <w:numId w:val="0"/>
        </w:numPr>
        <w:rPr>
          <w:lang w:eastAsia="ja-JP"/>
        </w:rPr>
      </w:pPr>
      <w:r w:rsidRPr="00612B0D">
        <w:rPr>
          <w:rFonts w:hint="eastAsia"/>
          <w:b/>
          <w:bCs/>
          <w:sz w:val="28"/>
          <w:szCs w:val="28"/>
          <w:lang w:eastAsia="ja-JP"/>
        </w:rPr>
        <w:t>・</w:t>
      </w:r>
      <w:r>
        <w:rPr>
          <w:lang w:eastAsia="ja-JP"/>
        </w:rPr>
        <w:t>子どもと遊ぶのが好き！</w:t>
      </w:r>
      <w:r>
        <w:rPr>
          <w:rFonts w:hint="eastAsia"/>
          <w:lang w:eastAsia="ja-JP"/>
        </w:rPr>
        <w:t xml:space="preserve">　</w:t>
      </w:r>
      <w:r w:rsidRPr="00612B0D">
        <w:rPr>
          <w:rFonts w:hint="eastAsia"/>
          <w:b/>
          <w:bCs/>
          <w:sz w:val="28"/>
          <w:szCs w:val="28"/>
          <w:lang w:eastAsia="ja-JP"/>
        </w:rPr>
        <w:t>・</w:t>
      </w:r>
      <w:r>
        <w:rPr>
          <w:lang w:eastAsia="ja-JP"/>
        </w:rPr>
        <w:t>いろいろな経験を通して、自分の視野を広げたい</w:t>
      </w:r>
    </w:p>
    <w:p w14:paraId="79F95530" w14:textId="0DE9C7C4" w:rsidR="00BF428C" w:rsidRDefault="00612B0D" w:rsidP="00612B0D">
      <w:pPr>
        <w:pStyle w:val="a0"/>
        <w:numPr>
          <w:ilvl w:val="0"/>
          <w:numId w:val="0"/>
        </w:numPr>
        <w:ind w:left="360" w:hanging="360"/>
        <w:rPr>
          <w:lang w:eastAsia="ja-JP"/>
        </w:rPr>
      </w:pPr>
      <w:r w:rsidRPr="00612B0D">
        <w:rPr>
          <w:rFonts w:hint="eastAsia"/>
          <w:b/>
          <w:bCs/>
          <w:sz w:val="28"/>
          <w:szCs w:val="28"/>
          <w:lang w:eastAsia="ja-JP"/>
        </w:rPr>
        <w:t>・</w:t>
      </w:r>
      <w:r w:rsidR="00000000">
        <w:rPr>
          <w:lang w:eastAsia="ja-JP"/>
        </w:rPr>
        <w:t>教育・心理・福祉・保育などに興味がある</w:t>
      </w:r>
      <w:r>
        <w:rPr>
          <w:rFonts w:hint="eastAsia"/>
          <w:lang w:eastAsia="ja-JP"/>
        </w:rPr>
        <w:t xml:space="preserve">　　</w:t>
      </w:r>
      <w:r w:rsidRPr="00612B0D">
        <w:rPr>
          <w:rFonts w:hint="eastAsia"/>
          <w:b/>
          <w:bCs/>
          <w:sz w:val="28"/>
          <w:szCs w:val="28"/>
          <w:lang w:eastAsia="ja-JP"/>
        </w:rPr>
        <w:t>・</w:t>
      </w:r>
      <w:r w:rsidR="00000000">
        <w:rPr>
          <w:lang w:eastAsia="ja-JP"/>
        </w:rPr>
        <w:t>将来、子どもと関わる仕事をしてみたい</w:t>
      </w:r>
    </w:p>
    <w:p w14:paraId="350C4654" w14:textId="3A462B08" w:rsidR="00BF428C" w:rsidRDefault="00612B0D" w:rsidP="00612B0D">
      <w:pPr>
        <w:pStyle w:val="a0"/>
        <w:numPr>
          <w:ilvl w:val="0"/>
          <w:numId w:val="0"/>
        </w:numPr>
        <w:ind w:left="360" w:hanging="360"/>
        <w:rPr>
          <w:lang w:eastAsia="ja-JP"/>
        </w:rPr>
      </w:pPr>
      <w:r w:rsidRPr="00612B0D">
        <w:rPr>
          <w:rFonts w:hint="eastAsia"/>
          <w:b/>
          <w:bCs/>
          <w:sz w:val="28"/>
          <w:szCs w:val="28"/>
          <w:lang w:eastAsia="ja-JP"/>
        </w:rPr>
        <w:t>・</w:t>
      </w:r>
      <w:r>
        <w:rPr>
          <w:rFonts w:hint="eastAsia"/>
          <w:lang w:eastAsia="ja-JP"/>
        </w:rPr>
        <w:t>学校</w:t>
      </w:r>
      <w:r w:rsidR="00000000">
        <w:rPr>
          <w:lang w:eastAsia="ja-JP"/>
        </w:rPr>
        <w:t>で学んでいることを実践につなげたい</w:t>
      </w:r>
      <w:r>
        <w:rPr>
          <w:rFonts w:hint="eastAsia"/>
          <w:lang w:eastAsia="ja-JP"/>
        </w:rPr>
        <w:t xml:space="preserve">　</w:t>
      </w:r>
      <w:r w:rsidRPr="00612B0D">
        <w:rPr>
          <w:rFonts w:hint="eastAsia"/>
          <w:b/>
          <w:bCs/>
          <w:sz w:val="28"/>
          <w:szCs w:val="28"/>
          <w:lang w:eastAsia="ja-JP"/>
        </w:rPr>
        <w:t>・</w:t>
      </w:r>
      <w:r w:rsidR="00000000">
        <w:rPr>
          <w:lang w:eastAsia="ja-JP"/>
        </w:rPr>
        <w:t>人と関わることや、誰かの成長を応援することが好き</w:t>
      </w:r>
    </w:p>
    <w:p w14:paraId="5E030F05" w14:textId="30ED94AB" w:rsidR="002F13C1" w:rsidRPr="00612B0D" w:rsidRDefault="00000000" w:rsidP="00612B0D">
      <w:pPr>
        <w:jc w:val="right"/>
        <w:rPr>
          <w:rFonts w:hint="eastAsia"/>
          <w:color w:val="404040" w:themeColor="text1" w:themeTint="BF"/>
          <w:lang w:eastAsia="ja-JP"/>
        </w:rPr>
      </w:pPr>
      <w:r w:rsidRPr="002F13C1">
        <w:rPr>
          <w:b/>
          <w:color w:val="404040" w:themeColor="text1" w:themeTint="BF"/>
          <w:lang w:eastAsia="ja-JP"/>
        </w:rPr>
        <w:t>もちろん、専攻や経験は問いません！</w:t>
      </w:r>
    </w:p>
    <w:p w14:paraId="593CBC49" w14:textId="77777777" w:rsidR="00BF428C" w:rsidRPr="00612B0D" w:rsidRDefault="00000000" w:rsidP="00612B0D">
      <w:pPr>
        <w:spacing w:before="200" w:after="100"/>
        <w:jc w:val="center"/>
        <w:rPr>
          <w:sz w:val="40"/>
          <w:szCs w:val="40"/>
          <w:lang w:eastAsia="ja-JP"/>
        </w:rPr>
      </w:pPr>
      <w:r w:rsidRPr="00612B0D">
        <w:rPr>
          <w:b/>
          <w:color w:val="F18D9E"/>
          <w:sz w:val="40"/>
          <w:szCs w:val="40"/>
          <w:lang w:eastAsia="ja-JP"/>
        </w:rPr>
        <w:t>👀 まずは見学だけでも大歓迎！</w:t>
      </w:r>
    </w:p>
    <w:p w14:paraId="29F98DC5" w14:textId="3572DCBC" w:rsidR="00BF428C" w:rsidRDefault="00000000">
      <w:pPr>
        <w:ind w:left="360"/>
        <w:rPr>
          <w:lang w:eastAsia="ja-JP"/>
        </w:rPr>
      </w:pPr>
      <w:r>
        <w:rPr>
          <w:color w:val="244B45"/>
          <w:lang w:eastAsia="ja-JP"/>
        </w:rPr>
        <w:t>「実際にどんな場所なのか見てみたい」</w:t>
      </w:r>
      <w:r w:rsidR="002F13C1">
        <w:rPr>
          <w:rFonts w:hint="eastAsia"/>
          <w:color w:val="244B45"/>
          <w:lang w:eastAsia="ja-JP"/>
        </w:rPr>
        <w:t xml:space="preserve">　　</w:t>
      </w:r>
      <w:r>
        <w:rPr>
          <w:color w:val="244B45"/>
          <w:lang w:eastAsia="ja-JP"/>
        </w:rPr>
        <w:t>「どんな子どもたちがいるの？」</w:t>
      </w:r>
    </w:p>
    <w:p w14:paraId="65C0987A" w14:textId="77777777" w:rsidR="00BF428C" w:rsidRDefault="00000000">
      <w:pPr>
        <w:ind w:left="360"/>
        <w:rPr>
          <w:lang w:eastAsia="ja-JP"/>
        </w:rPr>
      </w:pPr>
      <w:r>
        <w:rPr>
          <w:color w:val="244B45"/>
          <w:lang w:eastAsia="ja-JP"/>
        </w:rPr>
        <w:t>「アルバイトの雰囲気を知ってから考えたい」</w:t>
      </w:r>
    </w:p>
    <w:p w14:paraId="28A67F53" w14:textId="6ABBB96D" w:rsidR="00BF428C" w:rsidRDefault="00000000" w:rsidP="00612B0D">
      <w:pPr>
        <w:ind w:firstLineChars="300" w:firstLine="630"/>
        <w:rPr>
          <w:lang w:eastAsia="ja-JP"/>
        </w:rPr>
      </w:pPr>
      <w:r>
        <w:rPr>
          <w:lang w:eastAsia="ja-JP"/>
        </w:rPr>
        <w:t>お気軽にご連絡ください！</w:t>
      </w:r>
    </w:p>
    <w:p w14:paraId="166F686C" w14:textId="77777777" w:rsidR="00BF428C" w:rsidRDefault="00000000" w:rsidP="00612B0D">
      <w:pPr>
        <w:jc w:val="center"/>
        <w:rPr>
          <w:lang w:eastAsia="ja-JP"/>
        </w:rPr>
      </w:pPr>
      <w:r>
        <w:rPr>
          <w:b/>
          <w:color w:val="F18D9E"/>
          <w:lang w:eastAsia="ja-JP"/>
        </w:rPr>
        <w:t>応募するかどうかは、見学してから決めても大丈夫です。</w:t>
      </w:r>
    </w:p>
    <w:p w14:paraId="4B05C5D5" w14:textId="77777777" w:rsidR="00BF428C" w:rsidRDefault="00000000" w:rsidP="00612B0D">
      <w:pPr>
        <w:ind w:firstLineChars="100" w:firstLine="210"/>
        <w:rPr>
          <w:lang w:eastAsia="ja-JP"/>
        </w:rPr>
      </w:pPr>
      <w:r>
        <w:rPr>
          <w:lang w:eastAsia="ja-JP"/>
        </w:rPr>
        <w:t>職場の雰囲気や子どもたちの様子を見ながら、私たちがどんなことを大切にしているのか、ぜひ知ってもらえたらと思います。</w:t>
      </w:r>
    </w:p>
    <w:p w14:paraId="7E14A3BD" w14:textId="6A060283" w:rsidR="002F13C1" w:rsidRPr="002F13C1" w:rsidRDefault="00000000" w:rsidP="00612B0D">
      <w:pPr>
        <w:ind w:firstLineChars="200" w:firstLine="420"/>
        <w:rPr>
          <w:b/>
          <w:color w:val="E6D72A"/>
          <w:sz w:val="28"/>
          <w:lang w:eastAsia="ja-JP"/>
        </w:rPr>
      </w:pPr>
      <w:r>
        <w:rPr>
          <w:lang w:eastAsia="ja-JP"/>
        </w:rPr>
        <w:t>少しでも興味があれば、まずは気軽に遊びに来てください！</w:t>
      </w:r>
    </w:p>
    <w:sectPr w:rsidR="002F13C1" w:rsidRPr="002F13C1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F4FE5"/>
    <w:multiLevelType w:val="hybridMultilevel"/>
    <w:tmpl w:val="754AFCE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159648C"/>
    <w:multiLevelType w:val="hybridMultilevel"/>
    <w:tmpl w:val="46FA74EA"/>
    <w:lvl w:ilvl="0" w:tplc="63DE96CE">
      <w:numFmt w:val="bullet"/>
      <w:lvlText w:val="・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34A60BDC"/>
    <w:multiLevelType w:val="hybridMultilevel"/>
    <w:tmpl w:val="0156C1A2"/>
    <w:lvl w:ilvl="0" w:tplc="F21012FC">
      <w:numFmt w:val="bullet"/>
      <w:lvlText w:val="・"/>
      <w:lvlJc w:val="left"/>
      <w:pPr>
        <w:ind w:left="360" w:hanging="360"/>
      </w:pPr>
      <w:rPr>
        <w:rFonts w:ascii="Yu Gothic" w:eastAsia="Yu Gothic" w:hAnsi="Yu Gothic" w:cstheme="minorBidi" w:hint="eastAsia"/>
        <w:b w:val="0"/>
        <w:bCs/>
        <w:sz w:val="36"/>
        <w:szCs w:val="3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C5345C8"/>
    <w:multiLevelType w:val="hybridMultilevel"/>
    <w:tmpl w:val="F356EA4E"/>
    <w:lvl w:ilvl="0" w:tplc="63DE96CE">
      <w:numFmt w:val="bullet"/>
      <w:lvlText w:val="・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18616490">
    <w:abstractNumId w:val="8"/>
  </w:num>
  <w:num w:numId="2" w16cid:durableId="681787538">
    <w:abstractNumId w:val="6"/>
  </w:num>
  <w:num w:numId="3" w16cid:durableId="1247961406">
    <w:abstractNumId w:val="5"/>
  </w:num>
  <w:num w:numId="4" w16cid:durableId="2005432452">
    <w:abstractNumId w:val="4"/>
  </w:num>
  <w:num w:numId="5" w16cid:durableId="498471763">
    <w:abstractNumId w:val="7"/>
  </w:num>
  <w:num w:numId="6" w16cid:durableId="1160270900">
    <w:abstractNumId w:val="3"/>
  </w:num>
  <w:num w:numId="7" w16cid:durableId="711853472">
    <w:abstractNumId w:val="2"/>
  </w:num>
  <w:num w:numId="8" w16cid:durableId="1812476146">
    <w:abstractNumId w:val="1"/>
  </w:num>
  <w:num w:numId="9" w16cid:durableId="1778713995">
    <w:abstractNumId w:val="0"/>
  </w:num>
  <w:num w:numId="10" w16cid:durableId="1575318398">
    <w:abstractNumId w:val="9"/>
  </w:num>
  <w:num w:numId="11" w16cid:durableId="521556184">
    <w:abstractNumId w:val="12"/>
  </w:num>
  <w:num w:numId="12" w16cid:durableId="1703171332">
    <w:abstractNumId w:val="10"/>
  </w:num>
  <w:num w:numId="13" w16cid:durableId="5328883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C86"/>
    <w:rsid w:val="0015074B"/>
    <w:rsid w:val="0029639D"/>
    <w:rsid w:val="002F13C1"/>
    <w:rsid w:val="00326F90"/>
    <w:rsid w:val="00612B0D"/>
    <w:rsid w:val="008B7430"/>
    <w:rsid w:val="00AA1D8D"/>
    <w:rsid w:val="00AB50BB"/>
    <w:rsid w:val="00B47730"/>
    <w:rsid w:val="00BF428C"/>
    <w:rsid w:val="00CB0664"/>
    <w:rsid w:val="00DA22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  <o:colormru v:ext="edit" colors="#cfc"/>
    </o:shapedefaults>
    <o:shapelayout v:ext="edit">
      <o:idmap v:ext="edit" data="1"/>
    </o:shapelayout>
  </w:shapeDefaults>
  <w:decimalSymbol w:val="."/>
  <w:listSeparator w:val=","/>
  <w14:docId w14:val="70548904"/>
  <w14:defaultImageDpi w14:val="300"/>
  <w15:docId w15:val="{AA6AC8C1-DAC3-4802-946D-956244FA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Yu Gothic" w:eastAsia="Yu Gothic" w:hAnsi="Yu Gothic"/>
      <w:color w:val="2D413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PLAYandPRACTICE 株式会社</cp:lastModifiedBy>
  <cp:revision>5</cp:revision>
  <dcterms:created xsi:type="dcterms:W3CDTF">2026-10-28T09:05:00Z</dcterms:created>
  <dcterms:modified xsi:type="dcterms:W3CDTF">2026-10-28T09:16:00Z</dcterms:modified>
  <cp:category/>
</cp:coreProperties>
</file>